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163C8" w14:textId="5184D76F" w:rsidR="002B381D" w:rsidRPr="00D71F1C" w:rsidRDefault="007C23EE" w:rsidP="00D71F1C">
      <w:pPr>
        <w:jc w:val="center"/>
        <w:rPr>
          <w:b/>
          <w:bCs/>
          <w:sz w:val="72"/>
          <w:szCs w:val="72"/>
          <w:u w:val="single"/>
        </w:rPr>
      </w:pPr>
      <w:r w:rsidRPr="00D71F1C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3D00C0F4" wp14:editId="00457ECE">
            <wp:simplePos x="0" y="0"/>
            <wp:positionH relativeFrom="column">
              <wp:posOffset>1638300</wp:posOffset>
            </wp:positionH>
            <wp:positionV relativeFrom="paragraph">
              <wp:posOffset>-590550</wp:posOffset>
            </wp:positionV>
            <wp:extent cx="1638300" cy="695325"/>
            <wp:effectExtent l="0" t="0" r="0" b="9525"/>
            <wp:wrapNone/>
            <wp:docPr id="906142384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39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D71F1C">
        <w:rPr>
          <w:b/>
          <w:bCs/>
          <w:sz w:val="72"/>
          <w:szCs w:val="72"/>
          <w:u w:val="single"/>
        </w:rPr>
        <w:t>ZIMMERSCHILD</w:t>
      </w:r>
    </w:p>
    <w:p w14:paraId="355DBD5C" w14:textId="44F6F795" w:rsidR="002B381D" w:rsidRPr="00D71F1C" w:rsidRDefault="00000000" w:rsidP="007C23E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7590"/>
        </w:tabs>
        <w:rPr>
          <w:rFonts w:ascii="Times New Roman" w:hAnsi="Times New Roman" w:cs="Times New Roman"/>
          <w:sz w:val="32"/>
          <w:szCs w:val="32"/>
        </w:rPr>
      </w:pPr>
      <w:r w:rsidRPr="00D71F1C">
        <w:rPr>
          <w:rFonts w:ascii="Times New Roman" w:hAnsi="Times New Roman" w:cs="Times New Roman"/>
          <w:sz w:val="32"/>
          <w:szCs w:val="32"/>
        </w:rPr>
        <w:t>Klasse:</w:t>
      </w:r>
      <w:r w:rsidR="00D71F1C" w:rsidRPr="00D71F1C">
        <w:rPr>
          <w:rFonts w:ascii="Times New Roman" w:hAnsi="Times New Roman" w:cs="Times New Roman"/>
          <w:sz w:val="32"/>
          <w:szCs w:val="32"/>
        </w:rPr>
        <w:tab/>
      </w:r>
      <w:r w:rsidR="00D71F1C" w:rsidRPr="00D71F1C">
        <w:rPr>
          <w:rFonts w:ascii="Times New Roman" w:hAnsi="Times New Roman" w:cs="Times New Roman"/>
          <w:sz w:val="32"/>
          <w:szCs w:val="32"/>
        </w:rPr>
        <w:tab/>
      </w:r>
      <w:r w:rsidRPr="00D71F1C">
        <w:rPr>
          <w:rFonts w:ascii="Times New Roman" w:hAnsi="Times New Roman" w:cs="Times New Roman"/>
          <w:sz w:val="32"/>
          <w:szCs w:val="32"/>
        </w:rPr>
        <w:t xml:space="preserve"> ________</w:t>
      </w:r>
      <w:r w:rsidR="007C23EE">
        <w:rPr>
          <w:rFonts w:ascii="Times New Roman" w:hAnsi="Times New Roman" w:cs="Times New Roman"/>
          <w:sz w:val="32"/>
          <w:szCs w:val="32"/>
        </w:rPr>
        <w:tab/>
      </w:r>
    </w:p>
    <w:p w14:paraId="683633C2" w14:textId="18D17CD5" w:rsidR="002B381D" w:rsidRPr="00D71F1C" w:rsidRDefault="00000000">
      <w:pPr>
        <w:rPr>
          <w:rFonts w:ascii="Times New Roman" w:hAnsi="Times New Roman" w:cs="Times New Roman"/>
          <w:sz w:val="32"/>
          <w:szCs w:val="32"/>
        </w:rPr>
      </w:pPr>
      <w:r w:rsidRPr="00D71F1C">
        <w:rPr>
          <w:rFonts w:ascii="Times New Roman" w:hAnsi="Times New Roman" w:cs="Times New Roman"/>
          <w:sz w:val="32"/>
          <w:szCs w:val="32"/>
        </w:rPr>
        <w:t>Zimmername:</w:t>
      </w:r>
      <w:r w:rsidR="00D71F1C" w:rsidRPr="00D71F1C">
        <w:rPr>
          <w:rFonts w:ascii="Times New Roman" w:hAnsi="Times New Roman" w:cs="Times New Roman"/>
          <w:sz w:val="32"/>
          <w:szCs w:val="32"/>
        </w:rPr>
        <w:tab/>
      </w:r>
      <w:r w:rsidRPr="00D71F1C">
        <w:rPr>
          <w:rFonts w:ascii="Times New Roman" w:hAnsi="Times New Roman" w:cs="Times New Roman"/>
          <w:sz w:val="32"/>
          <w:szCs w:val="32"/>
        </w:rPr>
        <w:t xml:space="preserve"> ____________________</w:t>
      </w:r>
    </w:p>
    <w:p w14:paraId="026C824E" w14:textId="32CD0143" w:rsidR="002B381D" w:rsidRPr="00FA478C" w:rsidRDefault="00000000">
      <w:pPr>
        <w:rPr>
          <w:rFonts w:ascii="Times New Roman" w:hAnsi="Times New Roman" w:cs="Times New Roman"/>
          <w:b/>
          <w:bCs/>
        </w:rPr>
      </w:pPr>
      <w:r w:rsidRPr="00FA478C">
        <w:rPr>
          <w:rFonts w:ascii="Times New Roman" w:hAnsi="Times New Roman" w:cs="Times New Roman"/>
          <w:b/>
          <w:bCs/>
        </w:rPr>
        <w:t>Zimmermitglieder:</w:t>
      </w:r>
      <w:r w:rsidR="007C23EE" w:rsidRPr="007C23EE">
        <w:rPr>
          <w:noProof/>
          <w:u w:val="single"/>
        </w:rPr>
        <w:t xml:space="preserve"> </w:t>
      </w:r>
    </w:p>
    <w:p w14:paraId="17CFA23C" w14:textId="7AB4FAF4" w:rsidR="002B381D" w:rsidRPr="00FA478C" w:rsidRDefault="00000000">
      <w:pPr>
        <w:rPr>
          <w:rFonts w:ascii="Times New Roman" w:hAnsi="Times New Roman" w:cs="Times New Roman"/>
          <w:sz w:val="40"/>
          <w:szCs w:val="40"/>
        </w:rPr>
      </w:pPr>
      <w:r w:rsidRPr="00FA478C">
        <w:rPr>
          <w:rFonts w:ascii="Times New Roman" w:hAnsi="Times New Roman" w:cs="Times New Roman"/>
          <w:sz w:val="40"/>
          <w:szCs w:val="40"/>
        </w:rPr>
        <w:t>1. ___________________</w:t>
      </w:r>
      <w:r w:rsidR="00FA478C" w:rsidRPr="00FA478C">
        <w:rPr>
          <w:rFonts w:ascii="Times New Roman" w:hAnsi="Times New Roman" w:cs="Times New Roman"/>
          <w:sz w:val="40"/>
          <w:szCs w:val="40"/>
        </w:rPr>
        <w:t>5</w:t>
      </w:r>
      <w:r w:rsidR="00FA478C" w:rsidRPr="00FA478C">
        <w:rPr>
          <w:rFonts w:ascii="Times New Roman" w:hAnsi="Times New Roman" w:cs="Times New Roman"/>
          <w:sz w:val="40"/>
          <w:szCs w:val="40"/>
        </w:rPr>
        <w:t>. ____________________</w:t>
      </w:r>
    </w:p>
    <w:p w14:paraId="138F9E9C" w14:textId="719535BA" w:rsidR="002B381D" w:rsidRPr="00FA478C" w:rsidRDefault="00000000">
      <w:pPr>
        <w:rPr>
          <w:rFonts w:ascii="Times New Roman" w:hAnsi="Times New Roman" w:cs="Times New Roman"/>
          <w:sz w:val="40"/>
          <w:szCs w:val="40"/>
        </w:rPr>
      </w:pPr>
      <w:r w:rsidRPr="00FA478C">
        <w:rPr>
          <w:rFonts w:ascii="Times New Roman" w:hAnsi="Times New Roman" w:cs="Times New Roman"/>
          <w:sz w:val="40"/>
          <w:szCs w:val="40"/>
        </w:rPr>
        <w:t>2. ___________________</w:t>
      </w:r>
      <w:r w:rsidR="00FA478C" w:rsidRPr="00FA478C">
        <w:rPr>
          <w:rFonts w:ascii="Times New Roman" w:hAnsi="Times New Roman" w:cs="Times New Roman"/>
          <w:sz w:val="40"/>
          <w:szCs w:val="40"/>
        </w:rPr>
        <w:t>6</w:t>
      </w:r>
      <w:r w:rsidR="00FA478C" w:rsidRPr="00FA478C">
        <w:rPr>
          <w:rFonts w:ascii="Times New Roman" w:hAnsi="Times New Roman" w:cs="Times New Roman"/>
          <w:sz w:val="40"/>
          <w:szCs w:val="40"/>
        </w:rPr>
        <w:t>. ____________________</w:t>
      </w:r>
    </w:p>
    <w:p w14:paraId="07C483BE" w14:textId="6C34145D" w:rsidR="002B381D" w:rsidRPr="00FA478C" w:rsidRDefault="00000000">
      <w:pPr>
        <w:rPr>
          <w:rFonts w:ascii="Times New Roman" w:hAnsi="Times New Roman" w:cs="Times New Roman"/>
          <w:sz w:val="40"/>
          <w:szCs w:val="40"/>
        </w:rPr>
      </w:pPr>
      <w:r w:rsidRPr="00FA478C">
        <w:rPr>
          <w:rFonts w:ascii="Times New Roman" w:hAnsi="Times New Roman" w:cs="Times New Roman"/>
          <w:sz w:val="40"/>
          <w:szCs w:val="40"/>
        </w:rPr>
        <w:t>3. ___________________</w:t>
      </w:r>
      <w:r w:rsidR="00FA478C" w:rsidRPr="00FA478C">
        <w:rPr>
          <w:rFonts w:ascii="Times New Roman" w:hAnsi="Times New Roman" w:cs="Times New Roman"/>
          <w:sz w:val="40"/>
          <w:szCs w:val="40"/>
        </w:rPr>
        <w:t>7</w:t>
      </w:r>
      <w:r w:rsidR="00FA478C" w:rsidRPr="00FA478C">
        <w:rPr>
          <w:rFonts w:ascii="Times New Roman" w:hAnsi="Times New Roman" w:cs="Times New Roman"/>
          <w:sz w:val="40"/>
          <w:szCs w:val="40"/>
        </w:rPr>
        <w:t>. ____________________</w:t>
      </w:r>
    </w:p>
    <w:p w14:paraId="5B1925D6" w14:textId="74BD89A8" w:rsidR="002B381D" w:rsidRPr="00D71F1C" w:rsidRDefault="00000000" w:rsidP="00FA478C">
      <w:pPr>
        <w:rPr>
          <w:rFonts w:ascii="Times New Roman" w:hAnsi="Times New Roman" w:cs="Times New Roman"/>
          <w:sz w:val="24"/>
          <w:szCs w:val="24"/>
        </w:rPr>
      </w:pPr>
      <w:r w:rsidRPr="00FA478C">
        <w:rPr>
          <w:rFonts w:ascii="Times New Roman" w:hAnsi="Times New Roman" w:cs="Times New Roman"/>
          <w:sz w:val="40"/>
          <w:szCs w:val="40"/>
        </w:rPr>
        <w:t>4. ___________________</w:t>
      </w:r>
      <w:r w:rsidR="00FA478C" w:rsidRPr="00FA478C">
        <w:rPr>
          <w:rFonts w:ascii="Times New Roman" w:hAnsi="Times New Roman" w:cs="Times New Roman"/>
          <w:sz w:val="40"/>
          <w:szCs w:val="40"/>
        </w:rPr>
        <w:t>8</w:t>
      </w:r>
      <w:r w:rsidR="00FA478C" w:rsidRPr="00FA478C">
        <w:rPr>
          <w:rFonts w:ascii="Times New Roman" w:hAnsi="Times New Roman" w:cs="Times New Roman"/>
          <w:sz w:val="40"/>
          <w:szCs w:val="40"/>
        </w:rPr>
        <w:t>. ____________________</w:t>
      </w:r>
      <w:r w:rsidRPr="00FA478C">
        <w:rPr>
          <w:rFonts w:ascii="Times New Roman" w:hAnsi="Times New Roman" w:cs="Times New Roman"/>
        </w:rPr>
        <w:br/>
      </w:r>
    </w:p>
    <w:p w14:paraId="7080BA93" w14:textId="559E03F5" w:rsidR="00D71F1C" w:rsidRPr="00D71F1C" w:rsidRDefault="00D71F1C" w:rsidP="00FA478C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D71F1C">
        <w:rPr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3AA9B80C" wp14:editId="715E3ADE">
            <wp:simplePos x="0" y="0"/>
            <wp:positionH relativeFrom="column">
              <wp:posOffset>1990725</wp:posOffset>
            </wp:positionH>
            <wp:positionV relativeFrom="paragraph">
              <wp:posOffset>64770</wp:posOffset>
            </wp:positionV>
            <wp:extent cx="1638300" cy="949325"/>
            <wp:effectExtent l="0" t="0" r="0" b="3175"/>
            <wp:wrapNone/>
            <wp:docPr id="1" name="Bild 1" descr="Generiertes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neriertes Bil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74" b="23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1F1C">
        <w:rPr>
          <w:rFonts w:ascii="Times New Roman" w:hAnsi="Times New Roman" w:cs="Times New Roman"/>
          <w:u w:val="single"/>
        </w:rPr>
        <w:t>Beachte:</w:t>
      </w:r>
    </w:p>
    <w:p w14:paraId="6ECD70F6" w14:textId="2A0AA659" w:rsidR="002B381D" w:rsidRPr="00FA478C" w:rsidRDefault="00D71F1C" w:rsidP="00FA47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00000" w:rsidRPr="00FA478C">
        <w:rPr>
          <w:rFonts w:ascii="Times New Roman" w:hAnsi="Times New Roman" w:cs="Times New Roman"/>
        </w:rPr>
        <w:t>Müll in die Mülleimer</w:t>
      </w:r>
    </w:p>
    <w:p w14:paraId="5A736E9F" w14:textId="77777777" w:rsidR="002B381D" w:rsidRPr="00FA478C" w:rsidRDefault="00000000" w:rsidP="00FA478C">
      <w:pPr>
        <w:spacing w:after="0" w:line="240" w:lineRule="auto"/>
        <w:rPr>
          <w:rFonts w:ascii="Times New Roman" w:hAnsi="Times New Roman" w:cs="Times New Roman"/>
        </w:rPr>
      </w:pPr>
      <w:r w:rsidRPr="00FA478C">
        <w:rPr>
          <w:rFonts w:ascii="Times New Roman" w:hAnsi="Times New Roman" w:cs="Times New Roman"/>
        </w:rPr>
        <w:t>- Betten machen</w:t>
      </w:r>
    </w:p>
    <w:p w14:paraId="5B2C0799" w14:textId="11739F2F" w:rsidR="00FA478C" w:rsidRDefault="00000000" w:rsidP="00FA478C">
      <w:pPr>
        <w:spacing w:after="0" w:line="240" w:lineRule="auto"/>
        <w:rPr>
          <w:rFonts w:ascii="Times New Roman" w:hAnsi="Times New Roman" w:cs="Times New Roman"/>
        </w:rPr>
      </w:pPr>
      <w:r w:rsidRPr="00FA478C">
        <w:rPr>
          <w:rFonts w:ascii="Times New Roman" w:hAnsi="Times New Roman" w:cs="Times New Roman"/>
        </w:rPr>
        <w:t xml:space="preserve">- </w:t>
      </w:r>
      <w:r w:rsidR="00D71F1C">
        <w:rPr>
          <w:rFonts w:ascii="Times New Roman" w:hAnsi="Times New Roman" w:cs="Times New Roman"/>
        </w:rPr>
        <w:t>Lärm vermeiden</w:t>
      </w:r>
      <w:r w:rsidRPr="00FA478C">
        <w:rPr>
          <w:rFonts w:ascii="Times New Roman" w:hAnsi="Times New Roman" w:cs="Times New Roman"/>
        </w:rPr>
        <w:t>!</w:t>
      </w:r>
    </w:p>
    <w:p w14:paraId="114AE8C9" w14:textId="10F5B8A9" w:rsidR="00D71F1C" w:rsidRPr="00FA478C" w:rsidRDefault="00D71F1C" w:rsidP="00FA478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-Nachtruhe einhalten</w:t>
      </w:r>
    </w:p>
    <w:p w14:paraId="752FD82E" w14:textId="77777777" w:rsidR="00FA478C" w:rsidRPr="00FA478C" w:rsidRDefault="00FA478C">
      <w:pPr>
        <w:rPr>
          <w:rFonts w:ascii="Times New Roman" w:hAnsi="Times New Roman" w:cs="Times New Roman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38"/>
        <w:gridCol w:w="1266"/>
        <w:gridCol w:w="1377"/>
        <w:gridCol w:w="1461"/>
        <w:gridCol w:w="1692"/>
        <w:gridCol w:w="1196"/>
      </w:tblGrid>
      <w:tr w:rsidR="00D71F1C" w:rsidRPr="00FA478C" w14:paraId="03D3A181" w14:textId="77777777">
        <w:tc>
          <w:tcPr>
            <w:tcW w:w="1463" w:type="dxa"/>
          </w:tcPr>
          <w:p w14:paraId="739ADD0B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171EE4DC" w14:textId="37077151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Montag</w:t>
            </w:r>
          </w:p>
        </w:tc>
        <w:tc>
          <w:tcPr>
            <w:tcW w:w="1463" w:type="dxa"/>
          </w:tcPr>
          <w:p w14:paraId="173E9B20" w14:textId="3F4520B8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Dienstag</w:t>
            </w:r>
          </w:p>
        </w:tc>
        <w:tc>
          <w:tcPr>
            <w:tcW w:w="1463" w:type="dxa"/>
          </w:tcPr>
          <w:p w14:paraId="57D1CDE0" w14:textId="5931D9FD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Mittwoch</w:t>
            </w:r>
          </w:p>
        </w:tc>
        <w:tc>
          <w:tcPr>
            <w:tcW w:w="1464" w:type="dxa"/>
          </w:tcPr>
          <w:p w14:paraId="26D3ED82" w14:textId="585078D1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Donnerstag</w:t>
            </w:r>
          </w:p>
        </w:tc>
        <w:tc>
          <w:tcPr>
            <w:tcW w:w="1464" w:type="dxa"/>
          </w:tcPr>
          <w:p w14:paraId="2B4B539E" w14:textId="0794A42C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Freitag</w:t>
            </w:r>
          </w:p>
        </w:tc>
      </w:tr>
      <w:tr w:rsidR="00D71F1C" w:rsidRPr="00FA478C" w14:paraId="0829767C" w14:textId="77777777">
        <w:tc>
          <w:tcPr>
            <w:tcW w:w="1463" w:type="dxa"/>
          </w:tcPr>
          <w:p w14:paraId="4FB9E019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 xml:space="preserve">Super </w:t>
            </w:r>
          </w:p>
          <w:p w14:paraId="68E781D1" w14:textId="6C89FE98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(5</w:t>
            </w:r>
            <w:r w:rsidR="00D71F1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P)</w:t>
            </w:r>
          </w:p>
        </w:tc>
        <w:tc>
          <w:tcPr>
            <w:tcW w:w="1463" w:type="dxa"/>
          </w:tcPr>
          <w:p w14:paraId="353632A7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46C125C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11090853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229114C5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32D6A162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EFA01F1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71F1C" w:rsidRPr="00FA478C" w14:paraId="5B64CDEE" w14:textId="77777777">
        <w:tc>
          <w:tcPr>
            <w:tcW w:w="1463" w:type="dxa"/>
          </w:tcPr>
          <w:p w14:paraId="6A2CF1FA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 xml:space="preserve">gut </w:t>
            </w:r>
          </w:p>
          <w:p w14:paraId="39B3374F" w14:textId="4F6EE668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(4</w:t>
            </w:r>
            <w:r w:rsidR="00D71F1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P)</w:t>
            </w:r>
          </w:p>
        </w:tc>
        <w:tc>
          <w:tcPr>
            <w:tcW w:w="1463" w:type="dxa"/>
          </w:tcPr>
          <w:p w14:paraId="2C163761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B5D9762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4085619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57FDD9A3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0931EC0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70F921A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71F1C" w:rsidRPr="00FA478C" w14:paraId="64E48284" w14:textId="77777777">
        <w:tc>
          <w:tcPr>
            <w:tcW w:w="1463" w:type="dxa"/>
          </w:tcPr>
          <w:p w14:paraId="23E615C2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mittel</w:t>
            </w:r>
          </w:p>
          <w:p w14:paraId="453CFF2C" w14:textId="171D05A9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(</w:t>
            </w:r>
            <w:r w:rsidR="00D71F1C">
              <w:rPr>
                <w:rFonts w:ascii="Times New Roman" w:hAnsi="Times New Roman" w:cs="Times New Roman"/>
                <w:sz w:val="32"/>
                <w:szCs w:val="32"/>
              </w:rPr>
              <w:t xml:space="preserve">2 </w:t>
            </w: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P)</w:t>
            </w:r>
          </w:p>
        </w:tc>
        <w:tc>
          <w:tcPr>
            <w:tcW w:w="1463" w:type="dxa"/>
          </w:tcPr>
          <w:p w14:paraId="0F87D08C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0162169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7C0C9E9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0B2D2B2D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5EDE1DDC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A2C69D3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71F1C" w:rsidRPr="00FA478C" w14:paraId="7A863850" w14:textId="77777777">
        <w:tc>
          <w:tcPr>
            <w:tcW w:w="1463" w:type="dxa"/>
          </w:tcPr>
          <w:p w14:paraId="778C7D10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bescheiden</w:t>
            </w:r>
          </w:p>
          <w:p w14:paraId="2D6FEB01" w14:textId="3C09E45A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(1 P)</w:t>
            </w:r>
          </w:p>
        </w:tc>
        <w:tc>
          <w:tcPr>
            <w:tcW w:w="1463" w:type="dxa"/>
          </w:tcPr>
          <w:p w14:paraId="1DD7A9D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997522A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7D37F610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66E7B7B9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280346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6B6771D0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D71F1C" w:rsidRPr="00FA478C" w14:paraId="07DAB0E7" w14:textId="77777777">
        <w:tc>
          <w:tcPr>
            <w:tcW w:w="1463" w:type="dxa"/>
          </w:tcPr>
          <w:p w14:paraId="7AD9BBE4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 xml:space="preserve">… </w:t>
            </w:r>
          </w:p>
          <w:p w14:paraId="0A2B49BB" w14:textId="34173F0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FA478C">
              <w:rPr>
                <w:rFonts w:ascii="Times New Roman" w:hAnsi="Times New Roman" w:cs="Times New Roman"/>
                <w:sz w:val="32"/>
                <w:szCs w:val="32"/>
              </w:rPr>
              <w:t>(0 P)</w:t>
            </w:r>
          </w:p>
        </w:tc>
        <w:tc>
          <w:tcPr>
            <w:tcW w:w="1463" w:type="dxa"/>
          </w:tcPr>
          <w:p w14:paraId="6CD4FE0B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9B8375E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6B30DFF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3" w:type="dxa"/>
          </w:tcPr>
          <w:p w14:paraId="4D0D3098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0E0E08AB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464" w:type="dxa"/>
          </w:tcPr>
          <w:p w14:paraId="4B6F4C9B" w14:textId="77777777" w:rsidR="00FA478C" w:rsidRPr="00FA478C" w:rsidRDefault="00FA478C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CB81B81" w14:textId="77777777" w:rsidR="00FA478C" w:rsidRPr="00FA478C" w:rsidRDefault="00FA478C">
      <w:pPr>
        <w:rPr>
          <w:rFonts w:ascii="Times New Roman" w:hAnsi="Times New Roman" w:cs="Times New Roman"/>
        </w:rPr>
      </w:pPr>
    </w:p>
    <w:p w14:paraId="5C516DCC" w14:textId="30B810C1" w:rsidR="00FA478C" w:rsidRPr="00D71F1C" w:rsidRDefault="00FA478C">
      <w:pPr>
        <w:rPr>
          <w:rFonts w:ascii="Times New Roman" w:hAnsi="Times New Roman" w:cs="Times New Roman"/>
          <w:sz w:val="36"/>
          <w:szCs w:val="36"/>
        </w:rPr>
      </w:pPr>
      <w:r w:rsidRPr="00D71F1C">
        <w:rPr>
          <w:rFonts w:ascii="Times New Roman" w:hAnsi="Times New Roman" w:cs="Times New Roman"/>
          <w:sz w:val="36"/>
          <w:szCs w:val="36"/>
        </w:rPr>
        <w:t xml:space="preserve">Gesamtpunkteanzahl: </w:t>
      </w:r>
      <w:r w:rsidR="00C851FD" w:rsidRPr="00D71F1C">
        <w:rPr>
          <w:rFonts w:ascii="Times New Roman" w:hAnsi="Times New Roman" w:cs="Times New Roman"/>
          <w:sz w:val="36"/>
          <w:szCs w:val="36"/>
        </w:rPr>
        <w:t>______</w:t>
      </w:r>
    </w:p>
    <w:sectPr w:rsidR="00FA478C" w:rsidRPr="00D71F1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5D4429" w14:textId="77777777" w:rsidR="00D615C0" w:rsidRDefault="00D615C0" w:rsidP="00D71F1C">
      <w:pPr>
        <w:spacing w:after="0" w:line="240" w:lineRule="auto"/>
      </w:pPr>
      <w:r>
        <w:separator/>
      </w:r>
    </w:p>
  </w:endnote>
  <w:endnote w:type="continuationSeparator" w:id="0">
    <w:p w14:paraId="2B6A0BE4" w14:textId="77777777" w:rsidR="00D615C0" w:rsidRDefault="00D615C0" w:rsidP="00D71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66AEE4" w14:textId="77777777" w:rsidR="00D615C0" w:rsidRDefault="00D615C0" w:rsidP="00D71F1C">
      <w:pPr>
        <w:spacing w:after="0" w:line="240" w:lineRule="auto"/>
      </w:pPr>
      <w:r>
        <w:separator/>
      </w:r>
    </w:p>
  </w:footnote>
  <w:footnote w:type="continuationSeparator" w:id="0">
    <w:p w14:paraId="3752E412" w14:textId="77777777" w:rsidR="00D615C0" w:rsidRDefault="00D615C0" w:rsidP="00D71F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831942499">
    <w:abstractNumId w:val="8"/>
  </w:num>
  <w:num w:numId="2" w16cid:durableId="122509388">
    <w:abstractNumId w:val="6"/>
  </w:num>
  <w:num w:numId="3" w16cid:durableId="1598051018">
    <w:abstractNumId w:val="5"/>
  </w:num>
  <w:num w:numId="4" w16cid:durableId="484856716">
    <w:abstractNumId w:val="4"/>
  </w:num>
  <w:num w:numId="5" w16cid:durableId="284426699">
    <w:abstractNumId w:val="7"/>
  </w:num>
  <w:num w:numId="6" w16cid:durableId="827600207">
    <w:abstractNumId w:val="3"/>
  </w:num>
  <w:num w:numId="7" w16cid:durableId="698823715">
    <w:abstractNumId w:val="2"/>
  </w:num>
  <w:num w:numId="8" w16cid:durableId="540823900">
    <w:abstractNumId w:val="1"/>
  </w:num>
  <w:num w:numId="9" w16cid:durableId="494497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B5E59"/>
    <w:rsid w:val="0015074B"/>
    <w:rsid w:val="0029639D"/>
    <w:rsid w:val="002B381D"/>
    <w:rsid w:val="00326F90"/>
    <w:rsid w:val="006D5928"/>
    <w:rsid w:val="007C23EE"/>
    <w:rsid w:val="00AA1D8D"/>
    <w:rsid w:val="00B47730"/>
    <w:rsid w:val="00C851FD"/>
    <w:rsid w:val="00CB0664"/>
    <w:rsid w:val="00D615C0"/>
    <w:rsid w:val="00D71F1C"/>
    <w:rsid w:val="00DD7B4E"/>
    <w:rsid w:val="00FA478C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9E6AF7"/>
  <w14:defaultImageDpi w14:val="300"/>
  <w15:docId w15:val="{43E0681B-74B3-43EB-9991-DB62CE1E6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C693F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618BF"/>
  </w:style>
  <w:style w:type="paragraph" w:styleId="Fuzeile">
    <w:name w:val="footer"/>
    <w:basedOn w:val="Standard"/>
    <w:link w:val="FuzeileZch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618BF"/>
  </w:style>
  <w:style w:type="paragraph" w:styleId="KeinLeerraum">
    <w:name w:val="No Spacing"/>
    <w:uiPriority w:val="1"/>
    <w:qFormat/>
    <w:rsid w:val="00FC693F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nabsatz">
    <w:name w:val="List Paragraph"/>
    <w:basedOn w:val="Standard"/>
    <w:uiPriority w:val="34"/>
    <w:qFormat/>
    <w:rsid w:val="00FC693F"/>
    <w:pPr>
      <w:ind w:left="720"/>
      <w:contextualSpacing/>
    </w:pPr>
  </w:style>
  <w:style w:type="paragraph" w:styleId="Textkrper">
    <w:name w:val="Body Text"/>
    <w:basedOn w:val="Standard"/>
    <w:link w:val="TextkrperZchn"/>
    <w:uiPriority w:val="99"/>
    <w:unhideWhenUsed/>
    <w:rsid w:val="00AA1D8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AA1D8D"/>
  </w:style>
  <w:style w:type="paragraph" w:styleId="Textkrper2">
    <w:name w:val="Body Text 2"/>
    <w:basedOn w:val="Standard"/>
    <w:link w:val="Textkrper2Zchn"/>
    <w:uiPriority w:val="99"/>
    <w:unhideWhenUsed/>
    <w:rsid w:val="00AA1D8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rsid w:val="00AA1D8D"/>
  </w:style>
  <w:style w:type="paragraph" w:styleId="Textkrper3">
    <w:name w:val="Body Text 3"/>
    <w:basedOn w:val="Standard"/>
    <w:link w:val="Textkrper3Zch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rsid w:val="00AA1D8D"/>
    <w:rPr>
      <w:sz w:val="16"/>
      <w:szCs w:val="16"/>
    </w:rPr>
  </w:style>
  <w:style w:type="paragraph" w:styleId="Liste">
    <w:name w:val="List"/>
    <w:basedOn w:val="Standard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Standard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Standard"/>
    <w:uiPriority w:val="99"/>
    <w:unhideWhenUsed/>
    <w:rsid w:val="00326F90"/>
    <w:pPr>
      <w:ind w:left="1080" w:hanging="360"/>
      <w:contextualSpacing/>
    </w:pPr>
  </w:style>
  <w:style w:type="paragraph" w:styleId="Aufzhlungszeichen">
    <w:name w:val="List Bullet"/>
    <w:basedOn w:val="Standard"/>
    <w:uiPriority w:val="99"/>
    <w:unhideWhenUsed/>
    <w:rsid w:val="00326F90"/>
    <w:pPr>
      <w:numPr>
        <w:numId w:val="1"/>
      </w:numPr>
      <w:contextualSpacing/>
    </w:pPr>
  </w:style>
  <w:style w:type="paragraph" w:styleId="Aufzhlungszeichen2">
    <w:name w:val="List Bullet 2"/>
    <w:basedOn w:val="Standard"/>
    <w:uiPriority w:val="99"/>
    <w:unhideWhenUsed/>
    <w:rsid w:val="00326F90"/>
    <w:pPr>
      <w:numPr>
        <w:numId w:val="2"/>
      </w:numPr>
      <w:contextualSpacing/>
    </w:pPr>
  </w:style>
  <w:style w:type="paragraph" w:styleId="Aufzhlungszeichen3">
    <w:name w:val="List Bullet 3"/>
    <w:basedOn w:val="Standard"/>
    <w:uiPriority w:val="99"/>
    <w:unhideWhenUsed/>
    <w:rsid w:val="00326F90"/>
    <w:pPr>
      <w:numPr>
        <w:numId w:val="3"/>
      </w:numPr>
      <w:contextualSpacing/>
    </w:pPr>
  </w:style>
  <w:style w:type="paragraph" w:styleId="Listennummer">
    <w:name w:val="List Number"/>
    <w:basedOn w:val="Standard"/>
    <w:uiPriority w:val="99"/>
    <w:unhideWhenUsed/>
    <w:rsid w:val="00326F90"/>
    <w:pPr>
      <w:numPr>
        <w:numId w:val="5"/>
      </w:numPr>
      <w:contextualSpacing/>
    </w:pPr>
  </w:style>
  <w:style w:type="paragraph" w:styleId="Listennummer2">
    <w:name w:val="List Number 2"/>
    <w:basedOn w:val="Standard"/>
    <w:uiPriority w:val="99"/>
    <w:unhideWhenUsed/>
    <w:rsid w:val="0029639D"/>
    <w:pPr>
      <w:numPr>
        <w:numId w:val="6"/>
      </w:numPr>
      <w:contextualSpacing/>
    </w:pPr>
  </w:style>
  <w:style w:type="paragraph" w:styleId="Listennummer3">
    <w:name w:val="List Number 3"/>
    <w:basedOn w:val="Standard"/>
    <w:uiPriority w:val="99"/>
    <w:unhideWhenUsed/>
    <w:rsid w:val="0029639D"/>
    <w:pPr>
      <w:numPr>
        <w:numId w:val="7"/>
      </w:numPr>
      <w:contextualSpacing/>
    </w:pPr>
  </w:style>
  <w:style w:type="paragraph" w:styleId="Listenfortsetzung">
    <w:name w:val="List Continue"/>
    <w:basedOn w:val="Standard"/>
    <w:uiPriority w:val="99"/>
    <w:unhideWhenUsed/>
    <w:rsid w:val="0029639D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unhideWhenUsed/>
    <w:rsid w:val="0029639D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unhideWhenUsed/>
    <w:rsid w:val="0029639D"/>
    <w:pPr>
      <w:spacing w:after="120"/>
      <w:ind w:left="1080"/>
      <w:contextualSpacing/>
    </w:pPr>
  </w:style>
  <w:style w:type="paragraph" w:styleId="Makrotext">
    <w:name w:val="macro"/>
    <w:link w:val="MakrotextZch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rsid w:val="0029639D"/>
    <w:rPr>
      <w:rFonts w:ascii="Courier" w:hAnsi="Courier"/>
      <w:sz w:val="20"/>
      <w:szCs w:val="20"/>
    </w:rPr>
  </w:style>
  <w:style w:type="paragraph" w:styleId="Zitat">
    <w:name w:val="Quote"/>
    <w:basedOn w:val="Standard"/>
    <w:next w:val="Standard"/>
    <w:link w:val="ZitatZchn"/>
    <w:uiPriority w:val="29"/>
    <w:qFormat/>
    <w:rsid w:val="00FC693F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FC693F"/>
    <w:rPr>
      <w:i/>
      <w:iCs/>
      <w:color w:val="000000" w:themeColor="text1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C693F"/>
    <w:rPr>
      <w:b/>
      <w:bCs/>
    </w:rPr>
  </w:style>
  <w:style w:type="character" w:styleId="Hervorhebung">
    <w:name w:val="Emphasis"/>
    <w:basedOn w:val="Absatz-Standardschriftart"/>
    <w:uiPriority w:val="20"/>
    <w:qFormat/>
    <w:rsid w:val="00FC693F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C693F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FC693F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FC693F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FC693F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FC693F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FC693F"/>
    <w:pPr>
      <w:outlineLvl w:val="9"/>
    </w:pPr>
  </w:style>
  <w:style w:type="table" w:styleId="Tabellenraster">
    <w:name w:val="Table Grid"/>
    <w:basedOn w:val="NormaleTabelle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HelleListe">
    <w:name w:val="Light List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HellesRaster">
    <w:name w:val="Light Grid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HellesRaster-Akzent4">
    <w:name w:val="Light Grid Accent 4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ttlereListe2">
    <w:name w:val="Medium Lis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unkleListe">
    <w:name w:val="Dark List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bigesRaster">
    <w:name w:val="Colorful Grid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</Words>
  <Characters>460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Simon Höger</cp:lastModifiedBy>
  <cp:revision>5</cp:revision>
  <dcterms:created xsi:type="dcterms:W3CDTF">2025-08-19T23:29:00Z</dcterms:created>
  <dcterms:modified xsi:type="dcterms:W3CDTF">2025-08-19T23:29:00Z</dcterms:modified>
  <cp:category/>
</cp:coreProperties>
</file>